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67CA0" w14:textId="77777777" w:rsidR="003742F2" w:rsidRDefault="00000000">
      <w:pPr>
        <w:jc w:val="center"/>
      </w:pPr>
      <w:r>
        <w:rPr>
          <w:b/>
          <w:sz w:val="30"/>
        </w:rPr>
        <w:t>FOTOGRAFIE DEI BENEFICIARI</w:t>
      </w:r>
    </w:p>
    <w:p w14:paraId="2437BE8C" w14:textId="77777777" w:rsidR="003742F2" w:rsidRDefault="00000000">
      <w:pPr>
        <w:jc w:val="center"/>
      </w:pPr>
      <w:r>
        <w:rPr>
          <w:b/>
          <w:sz w:val="26"/>
        </w:rPr>
        <w:t>ALLEVAMENTO DI CAPRE</w:t>
      </w:r>
    </w:p>
    <w:p w14:paraId="0995D216" w14:textId="77777777" w:rsidR="003742F2" w:rsidRDefault="00000000">
      <w:pPr>
        <w:spacing w:after="0"/>
        <w:jc w:val="center"/>
      </w:pPr>
      <w:r>
        <w:rPr>
          <w:noProof/>
        </w:rPr>
        <w:drawing>
          <wp:inline distT="0" distB="0" distL="0" distR="0" wp14:anchorId="07B09AA2" wp14:editId="1D28EA62">
            <wp:extent cx="5940000" cy="768705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AT__REARING-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7687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94592" w14:textId="77777777" w:rsidR="003742F2" w:rsidRDefault="00000000">
      <w:r>
        <w:br w:type="page"/>
      </w:r>
    </w:p>
    <w:p w14:paraId="1FDED8FE" w14:textId="77777777" w:rsidR="003742F2" w:rsidRDefault="00000000">
      <w:pPr>
        <w:spacing w:after="0"/>
        <w:jc w:val="center"/>
      </w:pPr>
      <w:r>
        <w:rPr>
          <w:noProof/>
        </w:rPr>
        <w:lastRenderedPageBreak/>
        <w:drawing>
          <wp:inline distT="0" distB="0" distL="0" distR="0" wp14:anchorId="45B4678D" wp14:editId="34F55DAC">
            <wp:extent cx="5940000" cy="768705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AT__REARING-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7687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751C7" w14:textId="77777777" w:rsidR="003742F2" w:rsidRDefault="00000000">
      <w:r>
        <w:br w:type="page"/>
      </w:r>
    </w:p>
    <w:p w14:paraId="3C492067" w14:textId="77777777" w:rsidR="003742F2" w:rsidRDefault="00000000">
      <w:pPr>
        <w:spacing w:after="0"/>
        <w:jc w:val="center"/>
      </w:pPr>
      <w:r>
        <w:rPr>
          <w:noProof/>
        </w:rPr>
        <w:lastRenderedPageBreak/>
        <w:drawing>
          <wp:inline distT="0" distB="0" distL="0" distR="0" wp14:anchorId="441753F8" wp14:editId="4DFD2BAE">
            <wp:extent cx="5940000" cy="768705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AT__REARING-3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7687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CD27A" w14:textId="77777777" w:rsidR="003742F2" w:rsidRDefault="00000000">
      <w:r>
        <w:br w:type="page"/>
      </w:r>
    </w:p>
    <w:p w14:paraId="55D381F6" w14:textId="77777777" w:rsidR="003742F2" w:rsidRDefault="00000000">
      <w:pPr>
        <w:spacing w:after="0"/>
        <w:jc w:val="center"/>
      </w:pPr>
      <w:r>
        <w:rPr>
          <w:noProof/>
        </w:rPr>
        <w:lastRenderedPageBreak/>
        <w:drawing>
          <wp:inline distT="0" distB="0" distL="0" distR="0" wp14:anchorId="0481A335" wp14:editId="7C5ED86E">
            <wp:extent cx="5940000" cy="768705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AT__REARING-4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7687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DACEF" w14:textId="77777777" w:rsidR="003742F2" w:rsidRDefault="00000000">
      <w:r>
        <w:br w:type="page"/>
      </w:r>
    </w:p>
    <w:p w14:paraId="29501C40" w14:textId="77777777" w:rsidR="003742F2" w:rsidRDefault="00000000">
      <w:pPr>
        <w:spacing w:after="0"/>
        <w:jc w:val="center"/>
      </w:pPr>
      <w:r>
        <w:rPr>
          <w:noProof/>
        </w:rPr>
        <w:lastRenderedPageBreak/>
        <w:drawing>
          <wp:inline distT="0" distB="0" distL="0" distR="0" wp14:anchorId="5DA1EC4B" wp14:editId="27F2EEA9">
            <wp:extent cx="5940000" cy="768705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AT__REARING-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7687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88B69" w14:textId="77777777" w:rsidR="003742F2" w:rsidRDefault="00000000">
      <w:r>
        <w:br w:type="page"/>
      </w:r>
    </w:p>
    <w:p w14:paraId="3CE8EB8C" w14:textId="77777777" w:rsidR="003742F2" w:rsidRDefault="00000000">
      <w:pPr>
        <w:jc w:val="center"/>
      </w:pPr>
      <w:r>
        <w:rPr>
          <w:b/>
          <w:sz w:val="26"/>
        </w:rPr>
        <w:lastRenderedPageBreak/>
        <w:t>ALLEVAMENTO DI POLLAME</w:t>
      </w:r>
    </w:p>
    <w:p w14:paraId="4EA140BD" w14:textId="77777777" w:rsidR="003742F2" w:rsidRDefault="00000000">
      <w:pPr>
        <w:spacing w:after="0"/>
        <w:jc w:val="center"/>
      </w:pPr>
      <w:r>
        <w:rPr>
          <w:noProof/>
        </w:rPr>
        <w:drawing>
          <wp:inline distT="0" distB="0" distL="0" distR="0" wp14:anchorId="2DBA9513" wp14:editId="69F5BEE9">
            <wp:extent cx="5940000" cy="768705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ULTRY_REARING-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7687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D60AA" w14:textId="77777777" w:rsidR="003742F2" w:rsidRDefault="00000000">
      <w:r>
        <w:br w:type="page"/>
      </w:r>
    </w:p>
    <w:p w14:paraId="1CB2109C" w14:textId="77777777" w:rsidR="003742F2" w:rsidRDefault="00000000">
      <w:pPr>
        <w:spacing w:after="0"/>
        <w:jc w:val="center"/>
      </w:pPr>
      <w:r>
        <w:rPr>
          <w:noProof/>
        </w:rPr>
        <w:lastRenderedPageBreak/>
        <w:drawing>
          <wp:inline distT="0" distB="0" distL="0" distR="0" wp14:anchorId="13A9D5A7" wp14:editId="75761572">
            <wp:extent cx="5940000" cy="7687059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ULTRY_REARING-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7687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3E2A5" w14:textId="77777777" w:rsidR="003742F2" w:rsidRDefault="00000000">
      <w:r>
        <w:br w:type="page"/>
      </w:r>
    </w:p>
    <w:p w14:paraId="3F8ADA10" w14:textId="77777777" w:rsidR="003742F2" w:rsidRDefault="00000000">
      <w:pPr>
        <w:spacing w:after="0"/>
        <w:jc w:val="center"/>
      </w:pPr>
      <w:r>
        <w:rPr>
          <w:noProof/>
        </w:rPr>
        <w:lastRenderedPageBreak/>
        <w:drawing>
          <wp:inline distT="0" distB="0" distL="0" distR="0" wp14:anchorId="4E21B5F1" wp14:editId="7E4DBE61">
            <wp:extent cx="5940000" cy="768705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ULTRY_REARING-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7687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C770C" w14:textId="77777777" w:rsidR="003742F2" w:rsidRDefault="00000000">
      <w:r>
        <w:br w:type="page"/>
      </w:r>
    </w:p>
    <w:p w14:paraId="40CFDC07" w14:textId="77777777" w:rsidR="003742F2" w:rsidRDefault="00000000">
      <w:pPr>
        <w:spacing w:after="0"/>
        <w:jc w:val="center"/>
      </w:pPr>
      <w:r>
        <w:rPr>
          <w:noProof/>
        </w:rPr>
        <w:lastRenderedPageBreak/>
        <w:drawing>
          <wp:inline distT="0" distB="0" distL="0" distR="0" wp14:anchorId="078D9BA8" wp14:editId="5E993ECA">
            <wp:extent cx="5940000" cy="7687059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ULTRY_REARING-4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7687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8DC20" w14:textId="77777777" w:rsidR="003742F2" w:rsidRDefault="00000000">
      <w:r>
        <w:br w:type="page"/>
      </w:r>
    </w:p>
    <w:p w14:paraId="7D617A75" w14:textId="77777777" w:rsidR="003742F2" w:rsidRDefault="00000000">
      <w:pPr>
        <w:spacing w:after="0"/>
        <w:jc w:val="center"/>
      </w:pPr>
      <w:r>
        <w:rPr>
          <w:noProof/>
        </w:rPr>
        <w:lastRenderedPageBreak/>
        <w:drawing>
          <wp:inline distT="0" distB="0" distL="0" distR="0" wp14:anchorId="380AC584" wp14:editId="104835A5">
            <wp:extent cx="5940000" cy="7687059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ULTRY_REARING-5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7687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3DB9C" w14:textId="77777777" w:rsidR="003742F2" w:rsidRDefault="00000000">
      <w:r>
        <w:br w:type="page"/>
      </w:r>
    </w:p>
    <w:p w14:paraId="6C2CAD7C" w14:textId="77777777" w:rsidR="003742F2" w:rsidRDefault="00000000">
      <w:pPr>
        <w:jc w:val="center"/>
      </w:pPr>
      <w:r>
        <w:rPr>
          <w:b/>
          <w:sz w:val="26"/>
        </w:rPr>
        <w:lastRenderedPageBreak/>
        <w:t>ALLEVAMENTO DI VITELLI</w:t>
      </w:r>
    </w:p>
    <w:p w14:paraId="090868A2" w14:textId="77777777" w:rsidR="003742F2" w:rsidRDefault="00000000">
      <w:pPr>
        <w:spacing w:after="0"/>
        <w:jc w:val="center"/>
      </w:pPr>
      <w:r>
        <w:rPr>
          <w:noProof/>
        </w:rPr>
        <w:drawing>
          <wp:inline distT="0" distB="0" distL="0" distR="0" wp14:anchorId="3D3EA281" wp14:editId="26ED051C">
            <wp:extent cx="5940000" cy="7687059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LF_REARING-1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7687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2C8A0" w14:textId="77777777" w:rsidR="003742F2" w:rsidRDefault="00000000">
      <w:r>
        <w:br w:type="page"/>
      </w:r>
    </w:p>
    <w:p w14:paraId="59F75753" w14:textId="77777777" w:rsidR="003742F2" w:rsidRDefault="00000000">
      <w:pPr>
        <w:spacing w:after="0"/>
        <w:jc w:val="center"/>
      </w:pPr>
      <w:r>
        <w:rPr>
          <w:noProof/>
        </w:rPr>
        <w:lastRenderedPageBreak/>
        <w:drawing>
          <wp:inline distT="0" distB="0" distL="0" distR="0" wp14:anchorId="6DE9B945" wp14:editId="3A756B73">
            <wp:extent cx="5940000" cy="7687059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LF_REARING-2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7687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DE3A6" w14:textId="77777777" w:rsidR="003742F2" w:rsidRDefault="00000000">
      <w:r>
        <w:br w:type="page"/>
      </w:r>
    </w:p>
    <w:p w14:paraId="5B72F846" w14:textId="77777777" w:rsidR="003742F2" w:rsidRDefault="00000000">
      <w:pPr>
        <w:spacing w:after="0"/>
        <w:jc w:val="center"/>
      </w:pPr>
      <w:r>
        <w:rPr>
          <w:noProof/>
        </w:rPr>
        <w:lastRenderedPageBreak/>
        <w:drawing>
          <wp:inline distT="0" distB="0" distL="0" distR="0" wp14:anchorId="45A7FD75" wp14:editId="58B353CF">
            <wp:extent cx="5940000" cy="7687059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LF_REARING-3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7687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B6C45" w14:textId="77777777" w:rsidR="003742F2" w:rsidRDefault="00000000">
      <w:r>
        <w:br w:type="page"/>
      </w:r>
    </w:p>
    <w:p w14:paraId="1F658C61" w14:textId="77777777" w:rsidR="003742F2" w:rsidRDefault="00000000">
      <w:pPr>
        <w:spacing w:after="0"/>
        <w:jc w:val="center"/>
      </w:pPr>
      <w:r>
        <w:rPr>
          <w:noProof/>
        </w:rPr>
        <w:lastRenderedPageBreak/>
        <w:drawing>
          <wp:inline distT="0" distB="0" distL="0" distR="0" wp14:anchorId="72A31206" wp14:editId="74F76A9C">
            <wp:extent cx="5940000" cy="7687059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LF_REARING-4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7687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71BA4" w14:textId="77777777" w:rsidR="003742F2" w:rsidRDefault="00000000">
      <w:r>
        <w:br w:type="page"/>
      </w:r>
    </w:p>
    <w:p w14:paraId="127C111D" w14:textId="77777777" w:rsidR="003742F2" w:rsidRDefault="00000000">
      <w:pPr>
        <w:spacing w:after="0"/>
        <w:jc w:val="center"/>
      </w:pPr>
      <w:r>
        <w:rPr>
          <w:noProof/>
        </w:rPr>
        <w:lastRenderedPageBreak/>
        <w:drawing>
          <wp:inline distT="0" distB="0" distL="0" distR="0" wp14:anchorId="52C1DB61" wp14:editId="720A0A0D">
            <wp:extent cx="5940000" cy="7687059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LF_REARING-5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7687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9314B" w14:textId="77777777" w:rsidR="003742F2" w:rsidRDefault="00000000">
      <w:r>
        <w:br w:type="page"/>
      </w:r>
    </w:p>
    <w:p w14:paraId="41D4E715" w14:textId="77777777" w:rsidR="003742F2" w:rsidRDefault="00000000">
      <w:pPr>
        <w:jc w:val="center"/>
      </w:pPr>
      <w:r>
        <w:rPr>
          <w:b/>
          <w:sz w:val="28"/>
        </w:rPr>
        <w:lastRenderedPageBreak/>
        <w:t>TRADUZIONE DELLE INFORMAZIONI RIPORTATE NELLE FOTOGRAFIE</w:t>
      </w:r>
    </w:p>
    <w:p w14:paraId="1FB1EC7E" w14:textId="77777777" w:rsidR="003742F2" w:rsidRDefault="00000000">
      <w:pPr>
        <w:spacing w:before="240" w:after="120"/>
      </w:pPr>
      <w:r>
        <w:rPr>
          <w:b/>
          <w:sz w:val="24"/>
        </w:rPr>
        <w:t>ALLEVAMENTO DI CAPRE – K. Pudhur</w:t>
      </w:r>
    </w:p>
    <w:p w14:paraId="07CA6BC7" w14:textId="77777777" w:rsidR="003742F2" w:rsidRDefault="00000000">
      <w:pPr>
        <w:spacing w:after="40"/>
      </w:pPr>
      <w:r>
        <w:rPr>
          <w:b/>
        </w:rPr>
        <w:t>1. Amutha, moglie di Selvam – K. Pudhur, Sethur Post, Natham Taluk</w:t>
      </w:r>
    </w:p>
    <w:p w14:paraId="7B956823" w14:textId="77777777" w:rsidR="003742F2" w:rsidRDefault="00000000">
      <w:pPr>
        <w:spacing w:after="160"/>
      </w:pPr>
      <w:r>
        <w:t>Figli: Mahendran, classe I; Maharaja, classe II. Famiglia composta da 4 persone. I bambini frequentano la Sarva Seva Aided Primary School di K. Pudhur. Capre: 2. Esperienza precedente nell'allevamento: 20 anni.</w:t>
      </w:r>
    </w:p>
    <w:p w14:paraId="2DC9056C" w14:textId="77777777" w:rsidR="003742F2" w:rsidRDefault="00000000">
      <w:pPr>
        <w:spacing w:after="40"/>
      </w:pPr>
      <w:r>
        <w:rPr>
          <w:b/>
        </w:rPr>
        <w:t>2. Chinnammal, moglie di Selvam – K. Pudhur, Sethur Post, Natham Taluk</w:t>
      </w:r>
    </w:p>
    <w:p w14:paraId="13E1B9B5" w14:textId="77777777" w:rsidR="003742F2" w:rsidRDefault="00000000">
      <w:pPr>
        <w:spacing w:after="160"/>
      </w:pPr>
      <w:r>
        <w:t>Figlio: Alagan, classe II. Famiglia composta da 3 persone. Frequenta la Sarva Seva Aided Primary School di K. Pudhur. Capre: 2. Esperienza precedente nell'allevamento: 15 anni.</w:t>
      </w:r>
    </w:p>
    <w:p w14:paraId="559E1471" w14:textId="77777777" w:rsidR="003742F2" w:rsidRDefault="00000000">
      <w:pPr>
        <w:spacing w:after="40"/>
      </w:pPr>
      <w:r>
        <w:rPr>
          <w:b/>
        </w:rPr>
        <w:t>3. Chinnammal, moglie di Raja – K. Pudhur, Mangammal Salai, Sethur Post, Natham Taluk</w:t>
      </w:r>
    </w:p>
    <w:p w14:paraId="2C831C07" w14:textId="77777777" w:rsidR="003742F2" w:rsidRDefault="00000000">
      <w:pPr>
        <w:spacing w:after="160"/>
      </w:pPr>
      <w:r>
        <w:t>Figlie: Ponnammal, classe VIII; Chirthra Devi, classe V. Famiglia composta da 5 persone. Frequentano la Sarva Seva Aided Primary School di K. Pudhur. Capra: 1. Esperienza precedente nell'allevamento: 10 anni.</w:t>
      </w:r>
    </w:p>
    <w:p w14:paraId="3CD6FE60" w14:textId="77777777" w:rsidR="003742F2" w:rsidRDefault="00000000">
      <w:pPr>
        <w:spacing w:after="40"/>
      </w:pPr>
      <w:r>
        <w:rPr>
          <w:b/>
        </w:rPr>
        <w:t>4. Kalaiarasi, moglie di Nagaraj – K. Pudhur, Mangammal Salai, Sethur Post, Natham Taluk</w:t>
      </w:r>
    </w:p>
    <w:p w14:paraId="1EE98DCE" w14:textId="77777777" w:rsidR="003742F2" w:rsidRDefault="00000000">
      <w:pPr>
        <w:spacing w:after="160"/>
      </w:pPr>
      <w:r>
        <w:t>Figli: Kishore, classe I; Kalaiventhan, classe III. Famiglia composta da 4 persone. Frequentano la Sarva Seva Aided Primary School di K. Pudhur. Capra: 1. Esperienza precedente nell'allevamento: 10 anni.</w:t>
      </w:r>
    </w:p>
    <w:p w14:paraId="00F1E504" w14:textId="77777777" w:rsidR="003742F2" w:rsidRDefault="00000000">
      <w:pPr>
        <w:spacing w:after="40"/>
      </w:pPr>
      <w:r>
        <w:rPr>
          <w:b/>
        </w:rPr>
        <w:t>5. Selvi, moglie di Raja – K. Pudhur, Sethur Post, Natham Taluk</w:t>
      </w:r>
    </w:p>
    <w:p w14:paraId="5AEB8160" w14:textId="77777777" w:rsidR="003742F2" w:rsidRDefault="00000000">
      <w:pPr>
        <w:spacing w:after="160"/>
      </w:pPr>
      <w:r>
        <w:t>Figlia: Kavipriya, classe I. Famiglia composta da 4 persone. Frequenta la Sarva Seva Aided Primary School di K. Pudhur. Capre: 4. Esperienza precedente nell'allevamento: 20 anni.</w:t>
      </w:r>
    </w:p>
    <w:p w14:paraId="17CF1F30" w14:textId="77777777" w:rsidR="003742F2" w:rsidRDefault="00000000">
      <w:pPr>
        <w:spacing w:before="240" w:after="120"/>
      </w:pPr>
      <w:r>
        <w:rPr>
          <w:b/>
          <w:sz w:val="24"/>
        </w:rPr>
        <w:t>ALLEVAMENTO DI POLLAME</w:t>
      </w:r>
    </w:p>
    <w:p w14:paraId="7FEC352C" w14:textId="77777777" w:rsidR="003742F2" w:rsidRDefault="00000000">
      <w:pPr>
        <w:spacing w:after="40"/>
      </w:pPr>
      <w:r>
        <w:rPr>
          <w:b/>
        </w:rPr>
        <w:t>1. Anitha, moglie di Chinnasami – Chinnaiyapuram</w:t>
      </w:r>
    </w:p>
    <w:p w14:paraId="23C0D6CB" w14:textId="77777777" w:rsidR="003742F2" w:rsidRDefault="00000000">
      <w:pPr>
        <w:spacing w:after="160"/>
      </w:pPr>
      <w:r>
        <w:t>Tra i componenti della famiglia sono indicati Vignesh, classe IX; Chinnapillai, classe III; Monika, classe V. Famiglia composta da 5 persone. Scuola: Sarva Seva Aided Primary School, Ayyanarpuram. 19 galline e 2 galli. Esperienza nell'allevamento di pollame: 15 anni.</w:t>
      </w:r>
    </w:p>
    <w:p w14:paraId="37FCDC53" w14:textId="77777777" w:rsidR="003742F2" w:rsidRDefault="00000000">
      <w:pPr>
        <w:spacing w:after="40"/>
      </w:pPr>
      <w:r>
        <w:rPr>
          <w:b/>
        </w:rPr>
        <w:t>2. Sembayi, moglie di Murugesh – Chinnamalaiyur</w:t>
      </w:r>
    </w:p>
    <w:p w14:paraId="7A9D26ED" w14:textId="77777777" w:rsidR="003742F2" w:rsidRDefault="00000000">
      <w:pPr>
        <w:spacing w:after="160"/>
      </w:pPr>
      <w:r>
        <w:t>Perarasu, LKG (scuola dell'infanzia); Sivaranjani, classe II; Kavya, classe III; Subashni, classe IV. Famiglia composta da 6 persone. Scuola: Sarva Seva Aided Primary School, Ayyanarpuram. 19 galline e 2 galli. Esperienza nell'allevamento di pollame: 10 anni.</w:t>
      </w:r>
    </w:p>
    <w:p w14:paraId="79EB5CF0" w14:textId="77777777" w:rsidR="003742F2" w:rsidRDefault="00000000">
      <w:pPr>
        <w:spacing w:after="40"/>
      </w:pPr>
      <w:r>
        <w:rPr>
          <w:b/>
        </w:rPr>
        <w:t>3. Alagunatchi, moglie di Vellaiyan – Chinnaiyapuram</w:t>
      </w:r>
    </w:p>
    <w:p w14:paraId="5559535B" w14:textId="77777777" w:rsidR="003742F2" w:rsidRDefault="00000000">
      <w:pPr>
        <w:spacing w:after="160"/>
      </w:pPr>
      <w:r>
        <w:t>Thineshkumar, classe III; Buvaneshwari, classe VIII; Ponnatha, classe XII. Famiglia composta da 5 persone. Scuola: Sarva Seva Aided Primary School, Ayyanarpuram. 18 galline e 2 galli. Esperienza nell'allevamento di pollame: 5 anni.</w:t>
      </w:r>
    </w:p>
    <w:p w14:paraId="5EDFA0C0" w14:textId="77777777" w:rsidR="003742F2" w:rsidRDefault="00000000">
      <w:pPr>
        <w:spacing w:after="40"/>
      </w:pPr>
      <w:r>
        <w:rPr>
          <w:b/>
        </w:rPr>
        <w:t>4. Laxmi, moglie di Arumugam – Chinnaiyapuram</w:t>
      </w:r>
    </w:p>
    <w:p w14:paraId="4426C5A9" w14:textId="77777777" w:rsidR="003742F2" w:rsidRDefault="00000000">
      <w:pPr>
        <w:spacing w:after="160"/>
      </w:pPr>
      <w:r>
        <w:t>Lokeshwaran, classe II; Nathiya, classe VII. Famiglia composta da 4 persone. Scuola: Sarva Seva Aided Primary School, Ayyanarpuram. 16 galline e 2 galli. Esperienza nell'allevamento di pollame: 8 anni.</w:t>
      </w:r>
    </w:p>
    <w:p w14:paraId="1E79AB0E" w14:textId="77777777" w:rsidR="003742F2" w:rsidRDefault="00000000">
      <w:pPr>
        <w:spacing w:after="40"/>
      </w:pPr>
      <w:r>
        <w:rPr>
          <w:b/>
        </w:rPr>
        <w:t>5. Thanalakshmi, moglie di Prabu – P. Aravankurichi</w:t>
      </w:r>
    </w:p>
    <w:p w14:paraId="3CA3F694" w14:textId="77777777" w:rsidR="003742F2" w:rsidRDefault="00000000">
      <w:pPr>
        <w:spacing w:after="160"/>
      </w:pPr>
      <w:r>
        <w:lastRenderedPageBreak/>
        <w:t>Sathana, classe III; Subash, classe V; Buvaneshwari, classe VIII. Famiglia composta da 5 persone. Scuola: Sarva Seva Aided Primary School, Ayyanarpuram. 18 galline e 2 galli. Esperienza nell'allevamento di pollame: 10 anni.</w:t>
      </w:r>
    </w:p>
    <w:p w14:paraId="793751F8" w14:textId="77777777" w:rsidR="003742F2" w:rsidRDefault="00000000">
      <w:pPr>
        <w:spacing w:before="240" w:after="120"/>
      </w:pPr>
      <w:r>
        <w:rPr>
          <w:b/>
          <w:sz w:val="24"/>
        </w:rPr>
        <w:t>ALLEVAMENTO DI VITELLI – Kattapulipatti</w:t>
      </w:r>
    </w:p>
    <w:p w14:paraId="5A509EDD" w14:textId="77777777" w:rsidR="003742F2" w:rsidRDefault="00000000">
      <w:pPr>
        <w:spacing w:after="40"/>
      </w:pPr>
      <w:r>
        <w:rPr>
          <w:b/>
        </w:rPr>
        <w:t>1. V. Rejina, figlia di Vishwanathan – Kattapulipatti, Mulaiyur Post, Natham Taluk, distretto di Dindigul</w:t>
      </w:r>
    </w:p>
    <w:p w14:paraId="61EB6338" w14:textId="77777777" w:rsidR="003742F2" w:rsidRDefault="00000000">
      <w:pPr>
        <w:spacing w:after="160"/>
      </w:pPr>
      <w:r>
        <w:t>Famiglia: Vishwanathan (padre), Kavitha (madre), Rejina (classe IV), Kaviya Sri (classe VII). Famiglia composta da 4 persone. Scuola: Sarva Seva Nursery and Primary School, Chinnamulaiyur. Vitello: 1. Esperienza nell'allevamento: 10 anni.</w:t>
      </w:r>
    </w:p>
    <w:p w14:paraId="1E4A3A81" w14:textId="77777777" w:rsidR="003742F2" w:rsidRDefault="00000000">
      <w:pPr>
        <w:spacing w:after="40"/>
      </w:pPr>
      <w:r>
        <w:rPr>
          <w:b/>
        </w:rPr>
        <w:t>2. R. Harshika Sri, figlia di Rajkumar</w:t>
      </w:r>
    </w:p>
    <w:p w14:paraId="20B33491" w14:textId="77777777" w:rsidR="003742F2" w:rsidRDefault="00000000">
      <w:pPr>
        <w:spacing w:after="160"/>
      </w:pPr>
      <w:r>
        <w:t>Famiglia: Rajkumar (padre), Mookkayi (madre), Sudharsan (LKG), Harshika Sri (classe II), Dhanuja Sri (classe IV). Famiglia composta da 5 persone. Vitelli: 3. Esperienza nell'allevamento: 10 anni.</w:t>
      </w:r>
    </w:p>
    <w:p w14:paraId="15F46004" w14:textId="77777777" w:rsidR="003742F2" w:rsidRDefault="00000000">
      <w:pPr>
        <w:spacing w:after="40"/>
      </w:pPr>
      <w:r>
        <w:rPr>
          <w:b/>
        </w:rPr>
        <w:t>3. C. Navathika, figlia di Chelladurai</w:t>
      </w:r>
    </w:p>
    <w:p w14:paraId="5B143BEA" w14:textId="77777777" w:rsidR="003742F2" w:rsidRDefault="00000000">
      <w:pPr>
        <w:spacing w:after="160"/>
      </w:pPr>
      <w:r>
        <w:t>Famiglia: Chelladurai (padre), Thothammal (madre), Navathika (classe V), Navashri (classe VII), Bavani (Pre-KG). Famiglia composta da 5 persone. Vitelli: 2. Esperienza nell'allevamento: 8 anni.</w:t>
      </w:r>
    </w:p>
    <w:p w14:paraId="324B5E45" w14:textId="77777777" w:rsidR="003742F2" w:rsidRDefault="00000000">
      <w:pPr>
        <w:spacing w:after="40"/>
      </w:pPr>
      <w:r>
        <w:rPr>
          <w:b/>
        </w:rPr>
        <w:t>4. S. Tamiliniyal, figlia di Saravanan</w:t>
      </w:r>
    </w:p>
    <w:p w14:paraId="106C43E0" w14:textId="77777777" w:rsidR="003742F2" w:rsidRDefault="00000000">
      <w:pPr>
        <w:spacing w:after="160"/>
      </w:pPr>
      <w:r>
        <w:t>Famiglia: Saravanan (padre), Priyadharshni (madre), Tamiliniyal (UKG), Thinai Yelil (LKG). Famiglia composta da 4 persone. Vitelli: 4. Esperienza nell'allevamento: 10 anni.</w:t>
      </w:r>
    </w:p>
    <w:p w14:paraId="2474B4CE" w14:textId="77777777" w:rsidR="003742F2" w:rsidRDefault="00000000">
      <w:pPr>
        <w:spacing w:after="40"/>
      </w:pPr>
      <w:r>
        <w:rPr>
          <w:b/>
        </w:rPr>
        <w:t>5. S. Hemashri, figlia di Sakthimurugan – Chinnamulaiyur</w:t>
      </w:r>
    </w:p>
    <w:p w14:paraId="2C4900CE" w14:textId="77777777" w:rsidR="003742F2" w:rsidRDefault="00000000">
      <w:pPr>
        <w:spacing w:after="160"/>
      </w:pPr>
      <w:r>
        <w:t>Famiglia: Sakthimurugan (padre), Jeyalaxmi (madre), Hemashri (classe V), Yokashri (classe VII). Famiglia composta da 4 persone. Vitelli: 2. Esperienza nell'allevamento: 7 anni.</w:t>
      </w:r>
    </w:p>
    <w:sectPr w:rsidR="003742F2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55709006">
    <w:abstractNumId w:val="8"/>
  </w:num>
  <w:num w:numId="2" w16cid:durableId="578754442">
    <w:abstractNumId w:val="6"/>
  </w:num>
  <w:num w:numId="3" w16cid:durableId="1619488249">
    <w:abstractNumId w:val="5"/>
  </w:num>
  <w:num w:numId="4" w16cid:durableId="957878734">
    <w:abstractNumId w:val="4"/>
  </w:num>
  <w:num w:numId="5" w16cid:durableId="463084212">
    <w:abstractNumId w:val="7"/>
  </w:num>
  <w:num w:numId="6" w16cid:durableId="154301684">
    <w:abstractNumId w:val="3"/>
  </w:num>
  <w:num w:numId="7" w16cid:durableId="1499232392">
    <w:abstractNumId w:val="2"/>
  </w:num>
  <w:num w:numId="8" w16cid:durableId="1973250157">
    <w:abstractNumId w:val="1"/>
  </w:num>
  <w:num w:numId="9" w16cid:durableId="1286884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75D5"/>
    <w:rsid w:val="0029639D"/>
    <w:rsid w:val="00326F90"/>
    <w:rsid w:val="003742F2"/>
    <w:rsid w:val="005B35D3"/>
    <w:rsid w:val="00AA1D8D"/>
    <w:rsid w:val="00B47730"/>
    <w:rsid w:val="00CB0664"/>
    <w:rsid w:val="00E17DA3"/>
    <w:rsid w:val="00EF1DB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14AC3B"/>
  <w14:defaultImageDpi w14:val="300"/>
  <w15:docId w15:val="{8427BE9E-B6D9-4DBA-8ECA-B31861A7B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eastAsia="Aptos" w:hAnsi="Apto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Franco Giordano</cp:lastModifiedBy>
  <cp:revision>4</cp:revision>
  <dcterms:created xsi:type="dcterms:W3CDTF">2013-12-23T23:15:00Z</dcterms:created>
  <dcterms:modified xsi:type="dcterms:W3CDTF">2026-09-02T15:00:00Z</dcterms:modified>
  <cp:category/>
</cp:coreProperties>
</file>